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Prompt Design and Iteration</w:t>
      </w:r>
    </w:p>
    <w:p>
      <w:r>
        <w:rPr>
          <w:sz w:val="16"/>
        </w:rPr>
        <w:t>Template 01 | Page 1 of 2 | Edition 1.1 October 2026</w:t>
      </w:r>
    </w:p>
    <w:p>
      <w:r>
        <w:t>Define the task, write the prompt, and record one controlled revision. Complete one copy per reusable prompt.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Goal and intended user</w:t>
      </w:r>
    </w:p>
    <w:p>
      <w:pPr>
        <w:spacing w:after="40"/>
      </w:pPr>
      <w:r>
        <w:rPr>
          <w:color w:val="536579"/>
          <w:sz w:val="17"/>
        </w:rPr>
        <w:t>What should the assistant produce, for whom, and to support which decision?</w:t>
      </w:r>
    </w:p>
    <w:p>
      <w:pPr>
        <w:spacing w:after="320"/>
      </w:pPr>
      <w:sdt>
        <w:sdtPr>
          <w:alias w:val="Prompt_Design_1_0"/>
          <w:tag w:val="Prompt_Design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Context and approved sources</w:t>
      </w:r>
    </w:p>
    <w:p>
      <w:pPr>
        <w:spacing w:after="40"/>
      </w:pPr>
      <w:r>
        <w:rPr>
          <w:color w:val="536579"/>
          <w:sz w:val="17"/>
        </w:rPr>
        <w:t>List the background, source files, dates, and permission to use the material.</w:t>
      </w:r>
    </w:p>
    <w:p>
      <w:pPr>
        <w:spacing w:after="320"/>
      </w:pPr>
      <w:sdt>
        <w:sdtPr>
          <w:alias w:val="Prompt_Design_1_1"/>
          <w:tag w:val="Prompt_Design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Constraints and boundaries</w:t>
      </w:r>
    </w:p>
    <w:p>
      <w:pPr>
        <w:spacing w:after="40"/>
      </w:pPr>
      <w:r>
        <w:rPr>
          <w:color w:val="536579"/>
          <w:sz w:val="17"/>
        </w:rPr>
        <w:t>Specify scope, privacy, tone, length, exclusions, and actions requiring human approval.</w:t>
      </w:r>
    </w:p>
    <w:p>
      <w:pPr>
        <w:spacing w:after="320"/>
      </w:pPr>
      <w:sdt>
        <w:sdtPr>
          <w:alias w:val="Prompt_Design_1_2"/>
          <w:tag w:val="Prompt_Design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Required output format</w:t>
      </w:r>
    </w:p>
    <w:p>
      <w:pPr>
        <w:spacing w:after="40"/>
      </w:pPr>
      <w:r>
        <w:rPr>
          <w:color w:val="536579"/>
          <w:sz w:val="17"/>
        </w:rPr>
        <w:t>Describe the structure, fields, length, and an example of the desired output.</w:t>
      </w:r>
    </w:p>
    <w:p>
      <w:pPr>
        <w:spacing w:after="320"/>
      </w:pPr>
      <w:sdt>
        <w:sdtPr>
          <w:alias w:val="Prompt_Design_1_3"/>
          <w:tag w:val="Prompt_Design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Quality and evidence checks</w:t>
      </w:r>
    </w:p>
    <w:p>
      <w:pPr>
        <w:spacing w:after="40"/>
      </w:pPr>
      <w:r>
        <w:rPr>
          <w:color w:val="536579"/>
          <w:sz w:val="17"/>
        </w:rPr>
        <w:t>Define how facts, calculations, citations, and missing information will be checked.</w:t>
      </w:r>
    </w:p>
    <w:p>
      <w:pPr>
        <w:spacing w:after="320"/>
      </w:pPr>
      <w:sdt>
        <w:sdtPr>
          <w:alias w:val="Prompt_Design_1_4"/>
          <w:tag w:val="Prompt_Design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Draft prompt</w:t>
      </w:r>
    </w:p>
    <w:p>
      <w:pPr>
        <w:spacing w:after="40"/>
      </w:pPr>
      <w:r>
        <w:rPr>
          <w:color w:val="536579"/>
          <w:sz w:val="17"/>
        </w:rPr>
        <w:t>Combine the fields above into a complete instruction. Tell AI to flag uncertainty.</w:t>
      </w:r>
    </w:p>
    <w:p>
      <w:pPr>
        <w:spacing w:after="404"/>
      </w:pPr>
      <w:sdt>
        <w:sdtPr>
          <w:alias w:val="Prompt_Design_1_5"/>
          <w:tag w:val="Prompt_Design_1_5"/>
        </w:sdtPr>
        <w:sdtContent>
          <w:r>
            <w:rPr>
              <w:color w:val="536579"/>
            </w:rPr>
            <w:t>[Enter your response here]</w:t>
          </w:r>
        </w:sdtContent>
      </w:sdt>
    </w:p>
    <w:p>
      <w:r>
        <w:br w:type="page"/>
      </w:r>
    </w:p>
    <w:p>
      <w:pPr>
        <w:pStyle w:val="Title"/>
      </w:pPr>
      <w:r>
        <w:t>Prompt Design and Iteration</w:t>
      </w:r>
    </w:p>
    <w:p>
      <w:r>
        <w:rPr>
          <w:sz w:val="16"/>
        </w:rPr>
        <w:t>Template 01 | Page 2 of 2 | Edition 1.1 October 2026</w:t>
      </w:r>
    </w:p>
    <w:p>
      <w:r>
        <w:t>Define the task, write the prompt, and record one controlled revision. Complete one copy per reusable prompt.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Prompt version and tool</w:t>
      </w:r>
    </w:p>
    <w:p>
      <w:pPr>
        <w:spacing w:after="40"/>
      </w:pPr>
      <w:r>
        <w:rPr>
          <w:color w:val="536579"/>
          <w:sz w:val="17"/>
        </w:rPr>
        <w:t>Record version ID, AI tool/model, run date, and the input or test case.</w:t>
      </w:r>
    </w:p>
    <w:p>
      <w:pPr>
        <w:spacing w:after="278"/>
      </w:pPr>
      <w:sdt>
        <w:sdtPr>
          <w:alias w:val="Prompt_Design_2_0"/>
          <w:tag w:val="Prompt_Design_2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First output and observed problem</w:t>
      </w:r>
    </w:p>
    <w:p>
      <w:pPr>
        <w:spacing w:after="40"/>
      </w:pPr>
      <w:r>
        <w:rPr>
          <w:color w:val="536579"/>
          <w:sz w:val="17"/>
        </w:rPr>
        <w:t>Paste an excerpt or link to the output. Name the specific issue to correct.</w:t>
      </w:r>
    </w:p>
    <w:p>
      <w:pPr>
        <w:spacing w:after="362"/>
      </w:pPr>
      <w:sdt>
        <w:sdtPr>
          <w:alias w:val="Prompt_Design_2_1"/>
          <w:tag w:val="Prompt_Design_2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Revised prompt</w:t>
      </w:r>
    </w:p>
    <w:p>
      <w:pPr>
        <w:spacing w:after="40"/>
      </w:pPr>
      <w:r>
        <w:rPr>
          <w:color w:val="536579"/>
          <w:sz w:val="17"/>
        </w:rPr>
        <w:t>Change one instruction or example and record the new prompt in full.</w:t>
      </w:r>
    </w:p>
    <w:p>
      <w:pPr>
        <w:spacing w:after="404"/>
      </w:pPr>
      <w:sdt>
        <w:sdtPr>
          <w:alias w:val="Prompt_Design_2_2"/>
          <w:tag w:val="Prompt_Design_2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Retest result</w:t>
      </w:r>
    </w:p>
    <w:p>
      <w:pPr>
        <w:spacing w:after="40"/>
      </w:pPr>
      <w:r>
        <w:rPr>
          <w:color w:val="536579"/>
          <w:sz w:val="17"/>
        </w:rPr>
        <w:t>Use a fresh example. Compare accuracy, usefulness, and review effort.</w:t>
      </w:r>
    </w:p>
    <w:p>
      <w:pPr>
        <w:spacing w:after="348"/>
      </w:pPr>
      <w:sdt>
        <w:sdtPr>
          <w:alias w:val="Prompt_Design_2_3"/>
          <w:tag w:val="Prompt_Design_2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Human review and final decision</w:t>
      </w:r>
    </w:p>
    <w:p>
      <w:pPr>
        <w:spacing w:after="40"/>
      </w:pPr>
      <w:r>
        <w:rPr>
          <w:color w:val="536579"/>
          <w:sz w:val="17"/>
        </w:rPr>
        <w:t>Record reviewer, evidence checked, approved use, limitations, and next review date.</w:t>
      </w:r>
    </w:p>
    <w:p>
      <w:pPr>
        <w:spacing w:after="320"/>
      </w:pPr>
      <w:sdt>
        <w:sdtPr>
          <w:alias w:val="Prompt_Design_2_4"/>
          <w:tag w:val="Prompt_Design_2_4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 Design and Iteration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