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Project Brief</w:t>
      </w:r>
    </w:p>
    <w:p>
      <w:r>
        <w:rPr>
          <w:sz w:val="16"/>
        </w:rPr>
        <w:t>Template 04 | Page 1 of 2 | Edition 1.1 October 2026</w:t>
      </w:r>
    </w:p>
    <w:p>
      <w:r>
        <w:t>Agree on a small, useful problem before choosing tools. Complete both pages and obtain the project owner review before a pilot.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User and problem</w:t>
      </w:r>
    </w:p>
    <w:p>
      <w:pPr>
        <w:spacing w:after="40"/>
      </w:pPr>
      <w:r>
        <w:rPr>
          <w:color w:val="536579"/>
          <w:sz w:val="17"/>
        </w:rPr>
        <w:t>Who has the need, what goes wrong today, and why does it matter?</w:t>
      </w:r>
    </w:p>
    <w:p>
      <w:pPr>
        <w:spacing w:after="334"/>
      </w:pPr>
      <w:sdt>
        <w:sdtPr>
          <w:alias w:val="Project_Brief_1_0"/>
          <w:tag w:val="Project_Brief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Decision and desired output</w:t>
      </w:r>
    </w:p>
    <w:p>
      <w:pPr>
        <w:spacing w:after="40"/>
      </w:pPr>
      <w:r>
        <w:rPr>
          <w:color w:val="536579"/>
          <w:sz w:val="17"/>
        </w:rPr>
        <w:t>Name the decision to improve and the output that will support it.</w:t>
      </w:r>
    </w:p>
    <w:p>
      <w:pPr>
        <w:spacing w:after="334"/>
      </w:pPr>
      <w:sdt>
        <w:sdtPr>
          <w:alias w:val="Project_Brief_1_1"/>
          <w:tag w:val="Project_Brief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Current process and baseline</w:t>
      </w:r>
    </w:p>
    <w:p>
      <w:pPr>
        <w:spacing w:after="40"/>
      </w:pPr>
      <w:r>
        <w:rPr>
          <w:color w:val="536579"/>
          <w:sz w:val="17"/>
        </w:rPr>
        <w:t>Describe current steps, frequency, time, quality, error rate, and evidence for the baseline.</w:t>
      </w:r>
    </w:p>
    <w:p>
      <w:pPr>
        <w:spacing w:after="362"/>
      </w:pPr>
      <w:sdt>
        <w:sdtPr>
          <w:alias w:val="Project_Brief_1_2"/>
          <w:tag w:val="Project_Brief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Scope and exclusions</w:t>
      </w:r>
    </w:p>
    <w:p>
      <w:pPr>
        <w:spacing w:after="40"/>
      </w:pPr>
      <w:r>
        <w:rPr>
          <w:color w:val="536579"/>
          <w:sz w:val="17"/>
        </w:rPr>
        <w:t>Define what the project will deliver and what it will not attempt.</w:t>
      </w:r>
    </w:p>
    <w:p>
      <w:pPr>
        <w:spacing w:after="320"/>
      </w:pPr>
      <w:sdt>
        <w:sdtPr>
          <w:alias w:val="Project_Brief_1_3"/>
          <w:tag w:val="Project_Brief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Success criteria</w:t>
      </w:r>
    </w:p>
    <w:p>
      <w:pPr>
        <w:spacing w:after="40"/>
      </w:pPr>
      <w:r>
        <w:rPr>
          <w:color w:val="536579"/>
          <w:sz w:val="17"/>
        </w:rPr>
        <w:t>Choose measurable thresholds for quality, time, reliability, or user acceptance.</w:t>
      </w:r>
    </w:p>
    <w:p>
      <w:pPr>
        <w:spacing w:after="334"/>
      </w:pPr>
      <w:sdt>
        <w:sdtPr>
          <w:alias w:val="Project_Brief_1_4"/>
          <w:tag w:val="Project_Brief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r>
        <w:br w:type="page"/>
      </w:r>
    </w:p>
    <w:p>
      <w:pPr>
        <w:pStyle w:val="Title"/>
      </w:pPr>
      <w:r>
        <w:t>AI Project Brief</w:t>
      </w:r>
    </w:p>
    <w:p>
      <w:r>
        <w:rPr>
          <w:sz w:val="16"/>
        </w:rPr>
        <w:t>Template 04 | Page 2 of 2 | Edition 1.1 October 2026</w:t>
      </w:r>
    </w:p>
    <w:p>
      <w:r>
        <w:t>Agree on a small, useful problem before choosing tools. Complete both pages and obtain the project owner review before a pilot.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Data and permissions</w:t>
      </w:r>
    </w:p>
    <w:p>
      <w:pPr>
        <w:spacing w:after="40"/>
      </w:pPr>
      <w:r>
        <w:rPr>
          <w:color w:val="536579"/>
          <w:sz w:val="17"/>
        </w:rPr>
        <w:t>Name inputs, data owner, permission, sensitivity, retention, and approved sharing.</w:t>
      </w:r>
    </w:p>
    <w:p>
      <w:pPr>
        <w:spacing w:after="348"/>
      </w:pPr>
      <w:sdt>
        <w:sdtPr>
          <w:alias w:val="Project_Brief_2_0"/>
          <w:tag w:val="Project_Brief_2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Proposed solution and tools</w:t>
      </w:r>
    </w:p>
    <w:p>
      <w:pPr>
        <w:spacing w:after="40"/>
      </w:pPr>
      <w:r>
        <w:rPr>
          <w:color w:val="536579"/>
          <w:sz w:val="17"/>
        </w:rPr>
        <w:t>Explain the design, key manual steps, dependencies, and why the approach fits.</w:t>
      </w:r>
    </w:p>
    <w:p>
      <w:pPr>
        <w:spacing w:after="362"/>
      </w:pPr>
      <w:sdt>
        <w:sdtPr>
          <w:alias w:val="Project_Brief_2_1"/>
          <w:tag w:val="Project_Brief_2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Cost and value assumptions</w:t>
      </w:r>
    </w:p>
    <w:p>
      <w:pPr>
        <w:spacing w:after="40"/>
      </w:pPr>
      <w:r>
        <w:rPr>
          <w:color w:val="536579"/>
          <w:sz w:val="17"/>
        </w:rPr>
        <w:t>Record setup effort, recurring costs, review/maintenance time, and expected net value.</w:t>
      </w:r>
    </w:p>
    <w:p>
      <w:pPr>
        <w:spacing w:after="334"/>
      </w:pPr>
      <w:sdt>
        <w:sdtPr>
          <w:alias w:val="Project_Brief_2_2"/>
          <w:tag w:val="Project_Brief_2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Risks and controls</w:t>
      </w:r>
    </w:p>
    <w:p>
      <w:pPr>
        <w:spacing w:after="40"/>
      </w:pPr>
      <w:r>
        <w:rPr>
          <w:color w:val="536579"/>
          <w:sz w:val="17"/>
        </w:rPr>
        <w:t>Name failure cases, human approval points, stop conditions, and recovery owner.</w:t>
      </w:r>
    </w:p>
    <w:p>
      <w:pPr>
        <w:spacing w:after="348"/>
      </w:pPr>
      <w:sdt>
        <w:sdtPr>
          <w:alias w:val="Project_Brief_2_3"/>
          <w:tag w:val="Project_Brief_2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Delivery and approval</w:t>
      </w:r>
    </w:p>
    <w:p>
      <w:pPr>
        <w:spacing w:after="40"/>
      </w:pPr>
      <w:r>
        <w:rPr>
          <w:color w:val="536579"/>
          <w:sz w:val="17"/>
        </w:rPr>
        <w:t>Record deliverables, milestones, accountable owner, reviewer, and approval date.</w:t>
      </w:r>
    </w:p>
    <w:p>
      <w:pPr>
        <w:spacing w:after="320"/>
      </w:pPr>
      <w:sdt>
        <w:sdtPr>
          <w:alias w:val="Project_Brief_2_4"/>
          <w:tag w:val="Project_Brief_2_4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Project Brief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